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בסרטונים: מהנאורות ועד הקמת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שליטה במושגי המפתח של כל יחידה לקראת בחינת הבגרות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ניתוח מקורות ושאלות בסגנון בגרות בשלוש רמות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האירועים ההיסטוריים על ציר זמן אחד מגובש מהנאורות ועד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תהליכים ואידיאולוגיות (למשל סוציאליזם מהפכני מול רוויזיוניזם, זרמים ביהדות)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אירופה במאה ה-19: נאורות, מהפכה תעשייתית וסוציאליזם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תנועה רעיונית שהאמינה בכוח התבונה ובקדמה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רוסו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כוחה של התבונה האנושית להבין את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אירופה במאה ה-19: נאורות, מהפכה תעשייתית וסוציאליזם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רעיון הזכויות הטבעיות (לוק ואחרים) קבע שהזכויות מולדות ואינן תלויות בחסד המלך.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המהפכה התעשייתית דווקא האיצה את תהליך העיור – מעבר המוני מכפרים לערים.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אירופה במאה ה-19: נאורות, מהפכה תעשייתית וסוציאליזם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(אמונה בכוח התבונה להבין ולשפר את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(הסכם דמיוני בין העם לשלטון, המבוסס על הסכמה)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(מעמד בעלי ההון ואמצעי הייצור)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(מעמד הפועלים השכירים)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(העם הוא מקור הסמכות השלטונית, לא המלך)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אירופה במאה ה-19: נאורות, מהפכה תעשייתית וסוציאליזם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קיטור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לאומיות ומלחמת העולם הראשונה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שפה, תרבות והיסטוריה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בשנים שלפני מלחמת העולם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תערוכות בינלאומיות שהציגו הישגים וכוח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לאומיות ומלחמת העולם הראשונה – יישום והבנת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לאומיות מבוססת על תחושת שייכות משותפת הכוללת שפה, תרבות, היסטוריה ולעיתים טריטוריה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החוזה הגביל את צבא גרמניה ואת שטחיה וחייב אותה בפיצויים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לאומיות ומלחמת העולם הראשונה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לצמצם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לאומיות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לאומיות ומלחמת העולם הראשונה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(תודעה משותפת של שפה, תרבות והיסטוריה המגבשת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(שאיפת מעצמות להרחיב שליטה על מושבות ומשאבים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(ההסכם שסיים את מלחמת העולם הראשונה והטיל הגבלות על גרמניה)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(תחרות בין מעצמות בבניית צבאות וכלי נשק ערב המלחמה)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משטרים טוטליטריים והשואה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שלטון מפלגה או מנהיג יחיד השולט בכל תחומי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שליטה מוחלטת של המדינה בחיי הפרט ודיכוי מתנגדים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רובע שבו רוכזו היהודים בכפייה ובודד משאר האוכלוסייה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מועצה יהודית שהנאצים הקימו לניהול ענייני הגטו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משטרים טוטליטריים והשואה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איגרת הבזק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נזיל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משטרים טוטליטריים והשואה – הבנה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שניהם שללו מהפרט חופש וזכויות, ריכזו שליטה מוחלטת בידי מפלגה או מנהיג ודיכאו כל התנגדות, גם אם המטרות (שוויון מעמדי מול לאומנות) היו הפוכות.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הקומוניזם שאף לשוויון מעמדי ולביטול קניין פרטי ונתפס כבינלאומי, ואילו הפשיזם האדיר את הלאום ואת המנהיג והיה לאומני במובהק.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עמידה פירושה שמירה על חיים, כבוד וזהות למרות התנאים הקשים, למשל המשך לימוד ילדים או עזרה הדדית בין תושבי הגטו.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הגטו ריכז את היהודים במרחב מופרד, לעיתים מוקף חומה שהיהודים נאלצו לבנות, מה שאפשר פיקוח והגבלת תנועה וניצול לעבודת כפייה; הצפיפות והתנאים הקשים תרמו לתחלואה ולתמותה, אך הגטאות נבדלו זה מזה בסגירותם ובתנאים.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יהודים בעת החדשה: אמנציפציה, השכלה וזרמים – מושגים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מתן שוויון זכויות אזרחי ופוליטי ליהודים בחוק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משה מנדלסון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צרפת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יהודים בעת החדשה: אמנציפציה, השכלה וזרמים – עובדות ומושגים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לאחר כינוס אספת הנכבדים והסנהדרין נדרשו היהודים לוותר על שלטונם העצמי הקהילתי בתמורה לשוויון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הצו הוענק ליהודי אלג'יריה הצרפתית במאה ה־19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הרפורמה תמכה בשינויים, האורתודוקסיה התנגדה לכל שינוי, והניאו־אורתודוקסיה שמרה על ההלכה ושילבה לימודי 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יהודים בעת החדשה: אמנציפציה, השכלה וזרמים – הבנה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 יהודי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ניאו-אורתודוקסיה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יהודים בעת החדשה: אמנציפציה, השכלה וזרמים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(שינויים בתפילה ובבית הכנסת, השמטת תפילות לשיבת 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(התנגדות לכל שינוי - חדש אסור מן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(שמירת הלכה מלאה בשילוב לימודי 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(תרגם את התורה לגרמנית ותמך בהפרדת דת ומדינה)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ציונות והיישוב – היכרות עם הרעיונות והדמויות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כינס את הקונגרס הציוני הראשון והוביל את הציונות המדינית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טענו לגאולה הדרגתית 'בדרך הטבע', בסיוע מעשי אנושי לצד אמונה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רבים מתושבי היישוב הישן התקיימו מכספי חלוקה ולימוד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העלייה הראשונה החלה כבר בשנות ה-80 של המאה ה-19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ציונות והיישוב – דמויות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 את החיבור 'אוטואמנציפציה' וקרא לשחרור עצמי של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(ייסד את התנועה הציונית המדינית וכינס את הקונגרס הציוני)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(טען לגאולה הדרגתית בדרך הטבע, בסיוע מעשי של בני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(תנועת עולים צעירים שקראה לעלייה והתיישבות חקלאית בארץ)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(מימן ותמך במושבות העלייה הראשונה באמצעות הפקידות)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ציונות והיישוב – הבנה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גאולה הדרגתית הבאה בסיוע מעשי אנושי - התיישבות ועבודת אדמה - לצד אמונה דתית, ולא רק באמצעות נס אלוהי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המיתוס מתאר את היישוב הישן כפאסיבי וחי רק מצדקה; במציאות היו בו גם יוזמות כלכליות ועבודה, לצד תלות בחלוקה ובלימוד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היישוב הישן התבסס על לימוד תורה ותמיכת חלוקה וריכז בערי הקודש; היישוב החדש התבסס על עבודת אדמה והתיישבות במושבות חדשות מתוך שאיפה לעצמאות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המימון אפשר התבססות בשלבים הקשים, אך הפקידות מטעמו התערבה בניהול השוטף וצמצמה את עצמאות האיכרים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מהמנדט למדינה – שאלות ידע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מהתגוננות ליוזמה והשתלטות על שטחי המדינה והדרכים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ה' באייר תש"ח (14 במאי 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פריצת הדרך לירושלים והבאת שיירות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בן גוריון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מהמנדט למדינה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התוכנית נועדה לעבור מהתגוננות ליוזמה ולהשתלטות על שטחי המדינה והדרכים.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המבצע נועד לפרוץ את הדרך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בסרטון, ובקרבות השתתפו גם לוחמות.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ביטול מגבלות העלייה וההגבלות על נשק היה אחד השינויים המיידיים.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מלאה כוללת הגדרה מדויקת והקשר היסטורי, לא רק שינון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לשאלת בגרות כוללת שני חלקים: הצגה והסבר/דוגמה, בהתאם למחוון שבמערך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6 הפרקים על פני מספר שבועות, פרק אחד או שניים בכל שיעור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להתחיל בשאלות ברמת התמיכה (🟢) ולהשתמש בבנק מושגים לפני המעבר לרמה הרגילה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מצטיינים אפשר להוסיף את שאלות הבגרות המלאות עם דרישה להשוואה בין שני נושאים מיחידות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בנושא הגטו בשואה ומלחמת העצמאות יש לשמור על לשון מכבדת ולהימנע מפרטים קשים, בהתאם לרוח החומרים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בסרטונים: מהנאורות ועד הקמת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תמצאו תרגול הקשור לסרטון ולמושגי המפתח של היחידה המתאימה. עבדו בסדר הפרקים, כתבו תשובות מלאות במשפטים, והשתמשו במילון המושגים בסוף החוברת בעת הצורך.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אירופה במאה ה-19: נאורות, מהפכה תעשייתית וסוציאליזם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'נאורות'?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 רעיונית שהאמינה בכוח התבונה ובקדמה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תנועה דתית ששאפה לחזק את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מפלגה פוליטית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זרם אמנותי שחזר לסגנון הרנסנס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מהוגי הנאורות כתב את הרעיון של 'אמנה חברתית' בין העם לשלטון?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רציונליזם הוא אמונה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כוחה של התבונה האנושית להבין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כוחו של המלך לשלוט ללא מגבלות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עליונות המסורת הדתית על החשיבה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חשיבות הדפוס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אירופה במאה ה-19: נאורות, מהפכה תעשייתית וסוציאליזם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רעיון הזכויות הטבעיות, זכויות מסוימות ניתנות לאדם מעצם היותו אדם, ולא מתנה מהשלטון.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התעשייתית הביאה לירידה במספר האנשים שעברו לגור בערים.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אירופה במאה ה-19: נאורות, מהפכה תעשייתית וסוציאליזם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רציונליזם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מעמד הפועלים השכירים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אמנה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העם הוא מקור הסמכות השלטונית, לא המלך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בורגנות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הסכם דמיוני בין העם לשלטון, המבוסס על הסכמה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פרולטריון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מעמד בעלי ההון ואמצעי הייצור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ריבונות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אמונה בכוח התבונה להבין ולשפר את העולם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אירופה במאה ה-19: נאורות, מהפכה תעשייתית וסוציאליזם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המהפכה התעשייתית התבססה בין היתר על שיפור מנוע ה__________ (וואט).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לאומיות ומלחמת העולם הראשונה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הגורם המרכזי שהופך קבוצת אנשים זרים לאומה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שפה, תרבות והיסטוריה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מגורים באותה עיר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 באותו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דיבור באותה 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מתרחשת תקופת ׳העידן היפה׳ שמוזכרת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מלחמת העולם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בשנים שלפני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בתקופת הנאורות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אחד הביטויים לתחרות בין הלאומים במאה ה-19, כפי שמוצג בביתני הלאומים?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תערוכות בינלאומיות שהציגו הישגים וכוח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 כדורגל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הצבאות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איחוד כל המדינות לממשלה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לאומיות ומלחמת העולם הראשונה – יישום והבנת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הלאומיות מבוססת רק על מוצא גזעי משותף ולא על שפה או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ורסאי נחתם בתום מלחמת העולם הראשונה והטיל הגבלות כבדות על גרמניה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לאומיות ומלחמת העולם הראשונה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חוזה ורסאי, גרמניה נאלצה ל__________ את גודל הצבא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התהליך שבו עמים גיבשו זהות משותפת של שפה, תרבות והיסטוריה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לאומיות ומלחמת העולם הראשונה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לאומיות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תחרות בין מעצמות בבניית צבאות וכלי נשק ערב המלחמה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אימפריאליזם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ההסכם שסיים את מלחמת העולם הראשונה והטיל הגבלות על גרמניה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חוזה ורסאי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תודעה משותפת של שפה, תרבות והיסטוריה המגבשת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מירוץ חימוש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שאיפת מעצמות להרחיב שליטה על מושבות ומשאבים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משטרים טוטליטריים והשואה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מאפיין בולט של משטר טוטליטרי?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מפלגה או מנהיג יחיד השולט בכל תחומי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הפרדת רשויות ובחירות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 עיתונות וביקורת פומבית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ריבוי מפלגות ושיתוף פעולה פוליטי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משותף לפשיזם ולקומוניזם כמשטרים טוטליטריים?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שליטה מוחלטת של המדינה בחיי הפרט ודיכוי מתנגדים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 על זכויות אדם וחופש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בחירות דמוקרטיות תקופתיות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ביזור סמכויות בין אזורים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גטו בתקופת השואה?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רובע שבו רוכזו היהודים בכפייה ובודד משאר האוכלוסייה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מוסד חינוכי יהודי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סיוע בין־לאומי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שכונה שבה גרו רק פקידי ממשל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תפקידו של היודנראט בגטו?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מועצה יהודית שהנאצים הקימו לניהול ענייני הגטו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ארגון מחתרתי שלחם בנשק בגטו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משטרה גרמנית ששמרה על סדר בגטו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משפט בין־לאומי לפשעי 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משטרים טוטליטריים והשואה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הוראה של היידריך מספטמבר 1939 על ריכוז יהודי פולין הכבושה בערים הסמוכות למסילות ברזל.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המושג "__________" מתאר שמירה על כבוד האדם וחיי קהילה גם בתנאים הקשים ביותר בגטו.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בניגוד לקומוניזם שהאמין בשוויון מעמדי, הפשיזם האדיר את ה__________ ואת העם הלאומי.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הגטו נחשב מושג "__________" כיוון שצורתו השתנתה ממקום למקום ולא כל היהודים היו בו.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משטרים טוטליטריים והשואה – הבנה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ניתן לכנות גם את הקומוניזם וגם את הפשיזם "משטרים טוטליטריים", אף שהאידאולוגיות שלהם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שני הבדלים בין קומוניזם לפשיזם לפי מה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בלשון מכבדת מה הכוונה ב"עמידה" של יהודים בגטו, והביאו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המסבירה כיצד שימש הגטו את הנאצים ככלי לבידוד ולהחלשת היהודים, וציינו שצורתו השתנתה ממקום למקום.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יהודים בעת החדשה: אמנציפציה, השכלה וזרמים – מושגים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אמנציפציה?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שוויון זכויות אזרחי ופוליטי ליהודים בחוק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הקמת גטו נפרד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איסור על יהודים ללמוד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מעבר יהודים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הוביל את תנועת ההשכלה היהודית באירופה?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הרמב"ם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 שמשון רפאל הירש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החתם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מדינה הייתה הראשונה באירופה שהעניקה ליהודים שוויון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אנגליה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יהודים בעת החדשה: אמנציפציה, השכלה וזרמים – עובדות ומושגים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נפוליאון דרש מהיהודים לוותר על האוטונומיה הקהילתית תמורת האזרחות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כרמיה העניק אזרחות צרפתית ליהודי אלג'יריה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הזרמים ביהדות שצמחו במאה ה־19 תמכו באותה גישה כלפי שינוי ההלכה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יהודים בעת החדשה: אמנציפציה, השכלה וזרמים – הבנה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ב־1791 קיבלו __________ זכויות שוות במסגרת האמנציפציה בצרפת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הרב שמשון רפאל הירש הנהיג את זרם ה__________, שסיסמתו 'תורה עם דרך ארץ'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יהודים בעת החדשה: אמנציפציה, השכלה וזרמים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רפורמה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תרגם את התורה לגרמנית ותמך בהפרדת דת ומדינה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אורתודוקסיה (החתם סופר)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שמירת הלכה מלאה בשילוב לימודי 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ניאו-אורתודוקסיה (הירש)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שינויים בתפילה ובבית הכנסת, השמטת תפילות לשיבת 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מנדלסון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התנגדות לכל שינוי - חדש אסור מן התורה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ציונות והיישוב – היכרות עם הרעיונות והדמויות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נחשב למייסד הציונות המדינית וכתב את הספר 'מדינת היהודים'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קלישר ואלקלעי טענו שהגאולה תבוא רק בדרך נס, ללא כל מעורבות אנושית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הישן התבסס במידה רבה על תמיכה כספית מיהודי התפוצות (חלוקה)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העלייה הראשונה החלה רק לאחר קום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ציונות והיישוב – דמויות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פינסקר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תנועת עולים צעירים שקראה לעלייה והתיישבות חקלאית בארץ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 את החיבור 'אוטואמנציפציה' וקרא לשחרור עצמי של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מימן ותמך במושבות העלייה הראשונה באמצעות הפקידות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ביל"ו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ייסד את התנועה הציונית המדינית וכינס את הקונגרס הציוני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הברון רוטשילד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טען לגאולה הדרגתית בדרך הטבע, בסיוע מעשי של בני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ציונות והיישוב – הבנה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הכוונה בביטוי 'גאולה בדרך הטבע' לפי מבשרי הציונות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טוען ה'מיתוס' לגבי אופי היישוב הישן, ובמה המציאות הייתה מורכבת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הציגו שני הבדלים בין היישוב הישן ליישוב החדש של העלייה הראשונה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נמקו מדוע תמיכת הברון רוטשילד הייתה חיונית למושבות, אך גם יצרה קושי עבור המתיישבים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מהמנדט למדינה – שאלות ידע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מטרת תוכנית 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מהתגוננות ליוזמה והשתלטות על שטחי המדינה והדרכים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חתימה על הסכם עם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מוסדות שלטון זמניים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פינוי יישובים מרוחקים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הוכרזה 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ה' באייר תש"ח (14 במאי 1948)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כ' בתשרי תש"ח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א' בניסן תש"ח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ט"ו בשבט תש"ח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הייתה מטרת מבצע נחשון?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פריצת הדרך לירושלים והבאת שיירות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כיבוש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הגנה על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פינוי גוש עציון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שכנע את חברי מנהלת העם להכריז על המדינה בזמן ולא לחכות?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וייצמן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 שרת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מהמנדט למדינה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ד' סימנה מעבר מהגנה להתקפה עבור היישוב היהודי.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נחשון נועד לפרוץ דרך לנמל חיפה.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גוש עציון נפל לאחר מצור ממושך, ב-13-14 במאי 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ההכרזה על המדינה ניתן היה לעלות ארצה בלי מגבלות הספר הלבן.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שני מושגי מפתח מכל אחת מ-6 היחידות במילים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לענות על שאלת בגרות ברמת 'רגיל' ללא עזרה בכל אחד מהנושאים?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לשים לפחות 3 אירועים מכל תקופה על ציר זמן בסדר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בסרטונים: מהנאורות ועד הקמת המדינה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