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בסרטונים: מהנאורות ועד הקמת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שליטה במושגי המפתח של כל יחידה לקראת בחינת הבגרות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ניתוח מקורות ושאלות בסגנון בגרות בשלוש רמות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האירועים ההיסטוריים על ציר זמן אחד מגובש מהנאורות ועד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תהליכים ואידיאולוגיות (למשל סוציאליזם מהפכני מול רוויזיוניזם, זרמים ביהדות)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אירופה במאה ה-19: נאורות, מהפכה תעשייתית וסוציאליזם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תנועה רעיונית שהאמינה בכוח התבונה ובקדמה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רוסו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אירופה במאה ה-19: נאורות, מהפכה תעשייתית וסוציאליזם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רעיון הזכויות הטבעיות (לוק ואחרים) קבע שהזכויות מולדות ואינן תלויות בחסד המלך.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המהפכה התעשייתית דווקא האיצה את תהליך העיור – מעבר המוני מכפרים לערים.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אירופה במאה ה-19: נאורות, מהפכה תעשייתית וסוציאליזם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(אמונה בכוח התבונה להבין ולשפר את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(הסכם דמיוני בין העם לשלטון, המבוסס על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(מעמד בעלי ההון ואמצעי הייצור)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(מעמד הפועלים השכירים)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אירופה במאה ה-19: נאורות, מהפכה תעשייתית וסוציאליזם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לאומיות ומלחמת העולם הראשונה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שפה, תרבות והיסטוריה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בשנים שלפני מלחמת העולם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לאומיות ומלחמת העולם הראשונה – יישום והבנת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לאומיות מבוססת על תחושת שייכות משותפת הכוללת שפה, תרבות, היסטוריה ולעיתים טריטוריה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החוזה הגביל את צבא גרמניה ואת שטחיה וחייב אותה בפיצויים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לאומיות ומלחמת העולם הראשונה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לאומיות ומלחמת העולם הראשונה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(תודעה משותפת של שפה, תרבות והיסטוריה המגבשת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(שאיפת מעצמות להרחיב שליטה על מושבות ומשאבים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(ההסכם שסיים את מלחמת העולם הראשונה והטיל הגבלות על גרמניה)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(תחרות בין מעצמות בבניית צבאות וכלי נשק ערב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משטרים טוטליטריים והשואה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שלטון מפלגה או מנהיג יחיד השולט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שליטה מוחלטת של המדינה בחיי הפרט ודיכוי מתנגדים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רובע שבו רוכזו היהודים בכפייה ובודד משאר האוכלוסייה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משטרים טוטליטריים והשואה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איגרת הבזק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משטרים טוטליטריים והשואה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עמידה פירושה שמירה על חיים, כבוד וזהות למרות התנאים הקשים, למשל המשך לימוד ילדים או עזרה הדדית בין תושבי הגטו.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יהודים בעת החדשה: אמנציפציה, השכלה וזרמים – מושגים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מתן שוויון זכויות אזרחי ופוליטי ליהודים בחוק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משה מנדלסון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יהודים בעת החדשה: אמנציפציה, השכלה וזרמים – עובדות ומושגים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לאחר כינוס אספת הנכבדים והסנהדרין נדרשו היהודים לוותר על שלטונם העצמי הקהילתי בתמורה לשוויון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הצו הוענק ליהודי אלג'יריה הצרפתית במאה ה־19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יהודים בעת החדשה: אמנציפציה, השכלה וזרמים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יהודי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ניאו-אורתודוקסיה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יהודים בעת החדשה: אמנציפציה, השכלה וזרמים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(שינויים בתפילה ובבית הכנסת, השמטת תפילות לשיבת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(התנגדות לכל שינוי - חדש אסור מן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(שמירת הלכה מלאה בשילוב לימודי 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(תרגם את התורה לגרמנית ותמך בהפרדת דת ומדינה)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ציונות והיישוב – היכרות עם הרעיונות והדמויות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כינס את הקונגרס הציוני הראשון והוביל את הציונות המדינית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טענו לגאולה הדרגתית 'בדרך הטבע', בסיוע מעשי אנושי לצד אמונה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רבים מתושבי היישוב הישן התקיימו מכספי חלוקה ולימוד 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ציונות והיישוב – דמויות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 את החיבור 'אוטואמנציפציה' וקרא לשחרור עצמי של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(ייסד את התנועה הציונית המדינית וכינס את הקונגרס הציוני)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(תנועת עולים צעירים שקראה לעלייה והתיישבות חקלאית בארץ)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ציונות והיישוב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היישוב הישן התבסס על לימוד תורה ותמיכת חלוקה וריכז בערי הקודש; היישוב החדש התבסס על עבודת אדמה והתיישבות במושבות חדשות מתוך שאיפה לעצמאות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מהמנדט למדינה – שאלות ידע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מהתגוננות ליוזמה והשתלטות על שטחי המדינה והדרכים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ה' באייר תש"ח (14 במאי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פריצת הדרך לירושלים והבאת שיירות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מהמנדט למדינה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התוכנית נועדה לעבור מהתגוננות ליוזמה ולהשתלטות על שטחי המדינה והדרכים.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המבצע נועד לפרוץ את הדרך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בסרטון, ובקרבות השתתפו גם לוחמות.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מלאה כוללת הגדרה מדויקת והקשר היסטורי, לא רק שינון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לשאלת בגרות כוללת שני חלקים: הצגה והסבר/דוגמה, בהתאם למחוון שבמערך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6 הפרקים על פני מספר שבועות, פרק אחד או שניים בכל שיעור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להתחיל בשאלות ברמת התמיכה (🟢) ולהשתמש בבנק מושגים לפני המעבר לרמה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מצטיינים אפשר להוסיף את שאלות הבגרות המלאות עם דרישה להשוואה בין שני נושאים מיחידות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 הגטו בשואה ומלחמת העצמאות יש לשמור על לשון מכבדת ולהימנע מפרטים קשים, בהתאם לרוח החומרים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בסרטונים: מהנאורות ועד הקמת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תרגול הקשור לסרטון ולמושגי המפתח של היחידה המתאימה. עבדו בסדר הפרקים, כתבו תשובות מלאות במשפטים, והשתמשו במילון המושגים בסוף החוברת בעת הצורך.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לאומיות  ·  כלל יהודי צרפת  ·  איגרת הבזק  ·  לצמצם  ·  ניאו-אורתודוקסיה  ·  עמידה  ·  קיטור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אירופה במאה ה-19: נאורות, מהפכה תעשייתית וסוציאליזם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'נאורות'?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תנועה רעיונית שהאמינה בכוח התבונה ובקדמה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תנועה דתית ששאפה לחזק את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מפלגה פוליטית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מהוגי הנאורות כתב את הרעיון של 'אמנה חברתית' בין העם לשלטון?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ניוטון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אירופה במאה ה-19: נאורות, מהפכה תעשייתית וסוציאליזם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רעיון הזכויות הטבעיות, זכויות מסוימות ניתנות לאדם מעצם היותו אדם, ולא מתנה מהשלטון.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המהפכה התעשייתית הביאה לירידה במספר האנשים שעברו לגור בערים.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אירופה במאה ה-19: נאורות, מהפכה תעשייתית וסוציאליזם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מעמד בעלי ההון ואמצעי הייצור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אמנה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מעמד הפועלים השכירים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בורגנות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אמונה בכוח התבונה להבין ולשפר את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פרולטריון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הסכם דמיוני בין העם לשלטון, המבוסס על הסכמה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אירופה במאה ה-19: נאורות, מהפכה תעשייתית וסוציאליזם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המהפכה התעשייתית התבססה בין היתר על שיפור מנוע ה__________ (וואט).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לאומיות ומלחמת העולם הראשונה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הגורם המרכזי שהופך קבוצת אנשים זרים לאומה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שפה, תרבות והיסטוריה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מגורים באותה עיר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עבודה באותו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מתרחשת תקופת ׳העידן היפה׳ שמוזכרת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מלחמת העולם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בשנים שלפני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בימי הביניים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לאומיות ומלחמת העולם הראשונה – יישום והבנת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הלאומיות מבוססת רק על מוצא גזעי משותף ולא על שפה או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חוזה ורסאי נחתם בתום מלחמת העולם הראשונה והטיל הגבלות כבדות על 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לאומיות ומלחמת העולם הראשונה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חוזה ורסאי, גרמניה נאלצה ל__________ את גודל הצבא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התהליך שבו עמים גיבשו זהות משותפת של שפה, תרבות והיסטוריה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לאומיות ומלחמת העולם הראשונה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לאומיות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תחרות בין מעצמות בבניית צבאות וכלי נשק ערב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אימפריאליזם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תודעה משותפת של שפה, תרבות והיסטוריה המגבשת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חוזה ורסאי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שאיפת מעצמות להרחיב שליטה על מושבות ומשאבים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מירוץ חימוש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ההסכם שסיים את מלחמת העולם הראשונה והטיל הגבלות על גרמניה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משטרים טוטליטריים והשואה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מאפיין בולט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שלטון מפלגה או מנהיג יחיד השולט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הפרדת רשויות ובחירות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חופש עיתונות וביקורת פומבית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משותף לפשיזם ולקומוניזם כמשטרים טוטליטריים?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שליטה מוחלטת של המדינה בחיי הפרט ודיכוי מתנגדים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שמירה על זכויות אדם וחופש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בחירות דמוקרטיות תקופתיות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גטו בתקופת השואה?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רובע שבו רוכזו היהודים בכפייה ובודד משאר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מוסד חינוכי יהודי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ארגון סיוע בין־לאומי ליהודים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משטרים טוטליטריים והשואה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הוראה של היידריך מספטמבר 1939 על ריכוז יהודי פולין הכבושה בערים הסמוכות למסילות ברזל.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המושג "__________" מתאר שמירה על כבוד האדם וחיי קהילה גם בתנאים הקשים ביותר בגטו.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משטרים טוטליטריים והשואה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בלשון מכבדת מה הכוונה ב"עמידה" של יהודים בגטו, והביאו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יהודים בעת החדשה: אמנציפציה, השכלה וזרמים – מושגים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אמנציפציה?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מתן שוויון זכויות אזרחי ופוליטי ליהודים בחוק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הקמת גטו נפרד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איסור על יהודים ללמוד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הוביל את תנועת ההשכלה היהודית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הרמב"ם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הרב שמשון רפאל הירש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יהודים בעת החדשה: אמנציפציה, השכלה וזרמים – עובדות ומושגים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נפוליאון דרש מהיהודים לוותר על האוטונומיה הקהילתית תמורת האזרחות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כרמיה העניק אזרחות צרפתית ליהודי אלג'יריה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יהודים בעת החדשה: אמנציפציה, השכלה וזרמים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ב־1791 קיבלו __________ זכויות שוות במסגרת האמנציפציה בצרפת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הרב שמשון רפאל הירש הנהיג את זרם ה__________, שסיסמתו 'תורה עם דרך ארץ'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יהודים בעת החדשה: אמנציפציה, השכלה וזרמים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רפורמה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שמירת הלכה מלאה בשילוב לימודי 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אורתודוקסיה (החתם סופר)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שינויים בתפילה ובבית הכנסת, השמטת תפילות לשיבת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ניאו-אורתודוקסיה (הירש)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תרגם את התורה לגרמנית ותמך בהפרדת דת ומדינה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התנגדות לכל שינוי - חדש אסור מן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ציונות והיישוב – היכרות עם הרעיונות והדמויות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נחשב למייסד הציונות המדינית וכתב את הספר 'מדינת היהודים'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קלישר ואלקלעי טענו שהגאולה תבוא רק בדרך נס, ללא כל מעורבות אנושית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היישוב הישן התבסס במידה רבה על תמיכה כספית מיהודי התפוצות (חלוקה)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ציונות והיישוב – דמויות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פינסקר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ייסד את התנועה הציונית המדינית וכינס את הקונגרס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תנועת עולים צעירים שקראה לעלייה והתיישבות חקלאית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ביל"ו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 את החיבור 'אוטואמנציפציה' וקרא לשחרור עצמי של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ציונות והיישוב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הציגו שני הבדלים בין היישוב הישן ליישוב החדש של העלייה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מהמנדט למדינה – שאלות ידע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מטרת תוכנית 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מעבר מהתגוננות ליוזמה והשתלטות על שטחי המדינה והדרכים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חתימה על הסכם עם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הקמת מוסדות שלטון זמניים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הוכרזה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ה' באייר תש"ח (14 במאי 1948)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כ' בתשרי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א' בניסן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הייתה מטרת מבצע נחשון?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פריצת הדרך לירושלים והבאת שיירות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כיבוש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הגנה על תל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מהמנדט למדינה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תוכנית ד' סימנה מעבר מהגנה להתקפה עבור היישוב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נחשון נועד לפרוץ דרך לנמל חיפה.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גוש עציון נפל לאחר מצור ממושך, ב-13-14 במאי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שני מושגי מפתח מכל אחת מ-6 היחידות במילים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לענות על שאלת בגרות ברמת 'רגיל' ללא עזרה בכל אחד מהנושאים?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בסרטונים: מהנאורות ועד הקמת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